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המיתולוגיה היוונית - סיור ביחידות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העולם היווני-מיתולוגי ואת 12 האלים האולימפיים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סיפורי מטמורפוזות מרכזיים ואת המסר שבהם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ביטויים עבריים לבין מקורם המיתולוגי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אוסף סיפורים עתיקים על אלים וגיבורים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ספרטה ואתונה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זאוס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פרומתאוס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כנפיו נשרפו ונמס השעווה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שכל מה שיגע בו יהפוך לזהב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9. ב – כל הצרות והרעות בעולם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קרונוס היה טיטאן ואבי האלים האולימפיים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התחרתה עם אתנה והפכה לעכביש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זהו סיפורו של מידס, לא פיגמליון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דדלוס בנה כנפיים לעצמו ולבנו איקרוס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העולם נברא מתוך 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אכילס היה פגיע רק בעקבו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נרקיסיזם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עקב אכילס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תיבת פנדורה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טיטאנים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אולימפוס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איקרוס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(מלך האלים)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(התאהב בבבואתו והפך לפרח)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 מה שנגע בו הפך לזהב)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(הפכה לעכביש)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(גנב אש לבני האדם)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העולם נברא מתוך כאוס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הטיטאנים שולטים בעולם, קרונוס הוא מלכם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זאוס מתגבר על אביו קרונוס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זאוס הופך למלך האלים באולימפוס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פרומתאוס גונב אש ונותן אותה לבני האדם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להסביר תופעות טבע ואת מקור העולם בלי הסברים מדעיים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התאהב בבבואת עצמו במים ולא הצליח לעזוב, עד שהפך לפרח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תשובה הגיונית שמדגימה נקודת חולשה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טיטאנים הם דור קדום יותר של אלים ענקיים; האולימפיים הם הדור השולט באולימפוס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אפשריות: עקב אכילס, נרקיסיזם, תיבת פנדורה - עם הסבר נכון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מדויקת לגבי אחת הדמויות: נרקיס, ארכנה, מידס, איקרוס או פיגמליון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בדיון קצר על מה תלמידים כבר יודעים על מיתולוגיה יוונית מסרטים או 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תמונה של עץ משפחת האלים כדי לחזק את ההבנה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בקול בין התלמידים לחיזוק ההבנה והיצירתיות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המיתולוגיה היוונית - סיור ביחידות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סיפורים יווניים עתיקים: אלים, גיבורים וסיפורים שהפכו למילים בעברית.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מיתולוגיה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אוסף סיפורים עתיקים על אלים וגיבורים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טיטאנים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אלים ענקיים וקדומים לפני האולימפיים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אולימפוס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ההר שבו גרים האלים הראשיים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מטמורפוזה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צורה, למשל מאדם לפרח או לעץ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עיר-מדינה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עיר עצמאית ביוון העתיקה כמו אתונה או ספרטה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כאוס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 הריק וחסר הצורה שממנו נברא העולם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פנתיאון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כל האלים של תרבות מסוימת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מיתולוגיה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אוסף סיפורים עתיקים על אלים וגיבורים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חוקים יווני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מפה של 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עיר יוונית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שתי ערים חשובות ביוון?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רומא ואתונה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ספרטה ואתונה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טרויה וספרטה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קורינתוס ורומא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היה האל שמרד באביו קרונוס והפך למלך האלים?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פרומתאוס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גנב אש מהאלים ונתן אותה לבני האדם?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פרומתאוס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איקרוס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מידס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דדלוס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אלים ראשיים יש באולימפוס?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הפך נרקיס בסיפור המטמורפוזה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לעץ דפנה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קרה לאיקרוס כשהתקרב לשמש?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כנפיו נשרפו ונמס השעווה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הפך לציפור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נפל לים בלי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ביקש מידס מהאלים וקיבל כעונש?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יופי נצחי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 מה שיגע בו יהפוך לזהב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 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כוח-על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9. מה יצא מתיבת פנדורה לפי המיתוס?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הצרות והרעות בעולם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קרונוס היה אביו של זאוס.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ארכנה הפכה לעכביש בסיפור המטמורפוזה שלה.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פיגמליון היה מלך שהפך לזהב.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דדלוס היה אביו של איקרוס.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העולם, לפי המיתולוגיה היוונית, נברא מתוך סדר מושלם.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'עקב אכילס' מתאר נקודת חולשה.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המילה __________ מתארת אדם שמאוהב מדי בעצמו, על שם נרקיס.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הביטוי __________ מתאר נקודת תורפה או חולשה נסתרת.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מתוך __________ יצאו כל הצרות והרעות לעולם.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האלים האולימפיים משלו בעולם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הוא ההר שבו התגוררו האלים הראשיים.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דדלוס ובנו __________ ברחו בעזרת כנפיים.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מה שנגע בו הפך לזהב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נרקיס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הפכה לעכביש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מידס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התאהב בבבואתו והפך לפרח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ארכנה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גנב אש לבני האדם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פרומתאוס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מלך האלים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הטיטאנים שולטים בעולם, קרונוס הוא מלכם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פרומתאוס גונב אש ונותן אותה לבני האדם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זאוס הופך למלך האלים באולימפוס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העולם נברא מתוך כאוס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זאוס מתגבר על אביו קרונוס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לדעתכם אנשים בעבר סיפרו מיתוסים על בריאת העולם?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קרה לנרקיס בסיפור המטמורפוזה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שבו תשתמשו בביטוי 'עקב אכילס' בהקשר יומיומי.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טיטאנים לאלים אולימפיים?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לביטוי עברי שמקורו במיתולוגיה היוונית והסבירו 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דמות אחת מסיפורי המטמורפוזות והסבירו מה קרה 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המיתולוגיה היוונית - סיור ביחידות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