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המיתולוגיה היוונית - סיור ביחידות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העולם היווני-מיתולוגי ואת 12 האלים האולימפיים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סיפורי מטמורפוזות מרכזיים ואת המסר שבהם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ביטויים עבריים לבין מקורם המיתולוגי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אוסף סיפורים עתיקים על אלים וגיבורים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ספרטה ואתונה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זאוס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לפרח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קרונוס היה טיטאן ואבי האלים האולימפיים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התחרתה עם אתנה והפכה לעכביש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דדלוס בנה כנפיים לעצמו ולבנו איקרוס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נרקיסיזם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עקב אכילס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תיבת פנדורה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(מלך האלים)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(התאהב בבבואתו והפך לפרח)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(כל מה שנגע בו הפך לזהב)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(הפכה לעכביש)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העולם נברא מתוך כאוס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הטיטאנים שולטים בעולם, קרונוס הוא מלכם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זאוס מתגבר על אביו קרונוס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זאוס הופך למלך האלים באולימפוס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להסביר תופעות טבע ואת מקור העולם בלי הסברים מדעיים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הגיונית שמדגימה נקודת חולשה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טיטאנים הם דור קדום יותר של אלים ענקיים; האולימפיים הם הדור השולט באולימפוס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אפשריות: עקב אכילס, נרקיסיזם, תיבת פנדורה - עם הסבר נכון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מדויקת לגבי אחת הדמויות: נרקיס, ארכנה, מידס, איקרוס או פיגמליון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בדיון קצר על מה תלמידים כבר יודעים על מיתולוגיה יוונית מסרטים או 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תמונה של עץ משפחת האלים כדי לחזק את ההבנה לפני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שיתוף בקול בין התלמידים לחיזוק ההבנה והיצירתיות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המיתולוגיה היוונית - סיור ביחידות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נסכם שישה נושאים מרכזיים במיתולוגיה היוונית: מהי מיתולוגיה, יוון העתיקה, בריאת העולם, האלים האולימפיים, סיפורי מטמורפוזות וביטויים עבריים שמקורם במיתוסים.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תיבת פנדורה  ·  נרקיסיזם  ·  עקב אכילס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מיתולוגיה?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אוסף סיפורים עתיקים על אלים וגיבורים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ספר חוקים יווני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מפה של יוון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אילו שתי ערי-מדינה מוזכרות כדוגמה ליוון העתיקה?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רומא ואתונה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ספרטה ואתונה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טרויה וספרטה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היה האל שמרד באביו קרונוס והפך למלך האלים?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פרומתאוס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הרמס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כמה אלים אולימפיים עיקריים נמנים ביחידה 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5. למה הפך נרקיס בסיפור המטמורפוזה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לעץ דפנה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לכוכב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קרונוס היה אביו של זאוס.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ארכנה הפכה לעכביש בסיפור המטמורפוזה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דדלוס היה אביו של איקרוס.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__________ מתארת אדם שמאוהב מדי בעצמו, על שם נרקיס.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הביטוי __________ מתאר נקודת תורפה או חולשה נסתרת.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מתוך __________ יצאו כל הצרות והרעות לעולם.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הפכה לעכביש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נרקיס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מלך האלים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מידס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התאהב בבבואתו והפך לפרח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ארכנה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כל מה שנגע בו הפך לזהב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הטיטאנים שולטים בעולם, קרונוס הוא מלכם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העולם נברא מתוך כאוס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זאוס הופך למלך האלים באולימפוס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זאוס מתגבר על אביו קרונוס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לדעתכם אנשים בעבר סיפרו מיתוסים על בריאת העולם?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אחד שבו תשתמשו בביטוי 'עקב אכילס' בהקשר יומיומי.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טיטאנים לאלים אולימפיים?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לביטוי עברי שמקורו במיתולוגיה היוונית והסבירו את 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המיתולוגיה היוונית - סיור ביחידות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